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ט׳: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ספרותיים מרכזיים (מטפורה, דימוי, אירוניה, אלוזיה, האנשה) ביצירות מכל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השאלות הגדולות של כל יחידה ולקשר בין רעיון היחידה ליצירות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טיעונית ופסקת פרשנות קצרה לפי מבנה טענה-ראיה-הסבר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שתי יצירות משתי יחידות שונות ולזהות דמיון ושוני בנושא ובאמצעים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זהות וסיפור קצר: רגע אחד שמספר הכל – מה זוכרים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מעצב את מי שאנחנו – הבית, הארץ או הבחירות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ילד זוכר רגע קטן של חלוקת פרוסת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מורכבת, בעלת תכונות סותרות, שמשתנה או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מביט אחורה אל אירוע מילדותו מנקודת מבט בוגרת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זהות וסיפור קצר: רגע אחד שמספר הכל – התאמת מונחים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(דמות מורכבת שמשתנה או מפתיעה במהלך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 שמביט אחורה מנקודת מבט בוגרת על אירוע מילדותו)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(הזווית שממנה מסופר הסיפור ונראים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(חפץ שמסמל את הפער בין חלום למציאות בחיי האב)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(רגע קטן ויומיומי שחושף עולם רגשי שלם של הנער)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זהות וסיפור קצר: רגע אחד שמספר הכל – כתיבה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תכונות סותרות אצל האב – למשל חלום וגעגוע מול התמודדות עם המציאות הקשה, ושינוי או גילוי שמפתיע את הקורא.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המספר המבוגר מביא פרספקטיבה של הבנה ורגש שלא היו לו כילד, ולכן הסיפור מקבל עומק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יש להתייחס לסמל הסרוויס (חלום, זיכרון, יוקרה) ולהציע זווית רגשית שונה מצד האם – למשל דאגה, איפוק או אכזבה.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ופתוחה: יש לכלול תיאור החפץ והקשר שלו לזהות, למשפחה או למוצא.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אידיליה ושירה: מאחורי השלווה ובתוך הבית – היכרות עם המושגים והיצירות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מאחורי תיאור הבוקר השקט והלביבות מסתתר זיכרון כואב ובשורה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 הוא קול בשיר, ואינו בהכרח זהה למשורר.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אידיליה ושירה: מאחורי השלווה ובתוך הבית – מילוי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אידיליה ושירה: מאחורי השלווה ובתוך הבית – זיהוי אמצעים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תחושת שלווה ואידיליה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מים גנובים ימתקו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הגעת המכתב עם הבשורה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אידיליה ושירה: מאחורי השלווה ובתוך הבית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(תיאור חיים כפריים שלווים שמסתיר לעיתים מתח)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(הקול שמדבר בשיר, לא בהכרח המשורר)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(חזרה על מילה בתחילת שורות רצופות)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(העברת משמעות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(מתן תכונות אנושיות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אהבות ומשהו קצת אחר: מיתוסים, פרדוקסים וזוויות חדשות – הכרת היצירות והמונחים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שמסביר את מקורו של דבר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שם הנער שהתאהב בבבואתו והפך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לא יודע, רק 'מכאן'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אהבות ומשהו קצת אחר: מיתוסים, פרדוקסים וזוויות חדשות – זיהוי אמצעים ומונחים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פרדוקס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אהבות ומשהו קצת אחר: מיתוסים, פרדוקסים וזוויות חדשות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(סיפור שמסביר מקור של דבר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(רמז ליצירה או לדמות 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(אמירה שנראית סותרת את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שמייצג רעיון מעבר למשמעותו המיידית)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(דמות מורכבת שמשתנה במהלך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אהבות ומשהו קצת אחר: מיתוסים, פרדוקסים וזוויות חדשות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מקור תופעת ההד במיתוס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 אינו יודע לאן הוא נוסע, רק רוצה להתרחק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גרעין הסיפור האטיולוגי על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שואה וגבורה, מאבק וזיכרון: לשמור על שם ועל מילים – הכרת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בנוי משלוש תמונות שונות של האחות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הרוח מפרקת את הזר במהלך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שואה וגבורה, מאבק וזיכרון: לשמור על שם ועל מילים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טוביה ריבנר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שואה וגבורה, מאבק וזיכרון: לשמור על שם ועל מילים – הבנה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על הצירוף 'אחותי הקטנה'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שתיקה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שגם חייל שנפל הוא אדם בעל שם ופנים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הרוח מפרקת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שואה וגבורה, מאבק וזיכרון: לשמור על שם ועל מילים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(יוצרת קצב והדגשה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שירים הקשורים בנושא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שלא נאמר במפורש אך מורגש בקריאה)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(ההבדל בין חייל ללא זהות לחייל עם פנים ושם)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מילון מונחים ומשחקי חזרה – זיהוי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יצירה המתארת חיים כפריים שלווים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סיפור שמסביר מקור של דבר מוכר, כמו שם של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 על מילה או צירוף בתחילת שורות רצופות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הקול שמדבר בשיר, לאו דווקא המשורר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מילון מונחים ומשחקי חזרה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(פער בין מה שנאמר או מצופה לבין מה שקורה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ליצירה או סיפור מוכרים שמוסיף 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(דמות מורכבת בעלת תכונות סותרות שמשתנה)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(דמות הבנויה סביב תכונה אחת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(קבוצת שורות בשיר, כמו פסקה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מילון מונחים ומשחקי חזרה – יישום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משתמש במילת השוואה, בניגוד למטפורה שמעבירה משמעות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להפך: הקוראים חשים שמשהו קשה מתקרב בזמן שהדמות אינה יודעת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במילון המונחים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מילון מונחים ומשחקי חזרה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שני מונחים נכונים ודוגמה מתאימה לכל אחד מהיצירות שנלמדו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הסבר נכון למושג אלוזיה ודוגמה רלוונטית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הכוללת קביעה מנומקת עם דוגמה מהטקסט התומכת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פרוסת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זהות – בין מולדות ובין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חיים כפריים פשוטים ושלווים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משהו קצת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מיתוס המסביר מקור דבר (אטיולוגי)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מאבק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עגולה מורכבת ומשתנה, שטוחה בנויה סביב תכונה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הצירוף 'אחותי הקטנה'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מצטט/ת דוגמה מדויקת מהיצירה ומסביר/ה את תפקיד האמצעי, לא רק מזהה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כוללת שלושה חלקים ברורים ולא רק תיאור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ההשוואה מתייחסת לנושא משותף ולא רק לעובדה שתי יצירות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חמשת הפרקים על פני כמה שיעורים, פרק אחד או שניים בכל פעם, בהתאם למערכי השיעור של 45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בכיתה חנ״מ מומלץ לקצר כל קטע קריאה, להקריא בקול ולהציע שלוש אפשרויות סגורות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להכין מראש מחסן מילות קישור ומילון קצר ליצירה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מעבר ליחידות הרגישות (שואה וגבורה, מאבק וזיכרון) כדאי להזכיר שהשיתוף האישי תמיד רשות ולא חובה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ט׳: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פתחו את החוברת לפי הסדר, פרק אחד כל פעם. קודם עונים על שאלות קלות ואחר כך על שאלות קשות יותר, ובסוף כותבים קצת.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אידיליה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חיים כפריים שלווים שמסתיר לפעמים מתח או צער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שנאמר למה שקורה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 טרגית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הקורא מרגיש שמשהו קשה מתקרב, והדמות עדיין לא יודעת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אלוזיה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 ליצירה או לפסוק מוכר שמוסיף שכבת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מילה בתחילת שורות רצופות ליצירת קצב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בשיר, לא בהכרח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 ומטפורה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דברים, עם או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 /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ומשתנה מול דמות הבנויה סביב תכונה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תכונות אנושיות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אטיולוגיה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שמסביר מקור של שם, תופעה או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זהות וסיפור קצר: רגע אחד שמספר הכל – מה זוכרים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שואלת היחידה 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מעצב את מי שאנחנו – הבית, הארץ או הבחירות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כותבים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 מיתוס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בונים טיעון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הסיפור עם הסרוויס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סרוויס צ'כי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קדיש יתום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בסיפור הקצר על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זוכר רגע קטן של חלוקת פרוסת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משפחה חוגגת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מקבל מתנה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 יוצא למסע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דמות עגולה?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שבנויה סביב תכונה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מורכבת, בעלת תכונות סותרות, שמשתנה או 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שתמיד צודקת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מספר מבוגר מספר סיפור מהעבר?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מספר בגוף שלישי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מביט אחורה אל אירוע מילדותו מנקודת מבט 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הדמות הראשית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יודע מה 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זהות וסיפור קצר: רגע אחד שמספר הכל – התאמת מונחים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קטן ויומיומי שחושף עולם רגשי שלם של הנער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בגוף ראשון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הזווית שממנה מסופר הסיפור ונראים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שמסמל את הפער בין חלום למציאות בחיי האב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הסרוויס הצ'כי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שמביט אחורה מנקודת מבט בוגרת על אירוע מילדותו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פרוסת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מורכבת שמשתנה או מפתיעה במהלך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זהות וסיפור קצר: רגע אחד שמספר הכל – כתיבה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משפטים מדוע האב בסיפור 'סרוויס צ'כי' נחשב דמות עגולה.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מדוע הבחירה במספר מבוגר משנה את האופן שבו מסופר 'פת לחם'.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5-6 שורות: מה מייצג הסרוויס הצ'כי בעיני המספר, ואיך היה משתנה הסיפור אילו סופר מנקודת מבטה של האם?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(4-5 שורות) על חפץ שמייצג בעיניכם זהות או מוצא משפחתי, בהשראת הסיפור 'סרוויס צ'כי'.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אידיליה ושירה: מאחורי השלווה ובתוך הבית – היכרות עם המושגים והיצירות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באידיליה יכולה השלווה הכפרית להסתיר מתח וצער, כמו ב'לביבות'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'לו גנב הייתי' הדובר הוא בהכרח המשורר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אידיליה ושירה: מאחורי השלווה ובתוך הבית – מילוי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הדמות הזקנה שמכינה את הלביבות בסיפור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שורות בשיר, כמו פסקה בסיפור,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מילה או צירוף בתחילת שורות רצופות בשיר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אידיליה ושירה: מאחורי השלווה ובתוך הבית – זיהוי אמצעים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תיאור הטבע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שלווה ואידיליה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להבהיל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המקור המקראי שהשיר מתכתב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גנובים ימתקו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עפר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ואהבת לרעך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מפר את השלווה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הגעת המכתב עם הבשורה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הבישול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אורחים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אידיליה ושירה: מאחורי השלווה ובתוך הבית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אידיליה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העברת משמעות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חיים כפריים שלווים שמסתיר לעיתים מתח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מתן תכונות אנושיות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חזרה על מילה בתחילת שורות רצופות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הקול שמדבר בשיר, לא בהכרח המשורר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אהבות ומשהו קצת אחר: מיתוסים, פרדוקסים וזוויות חדשות – הכרת היצירות והמונחים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סיפור הסבר?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שמסביר את מקורו של דבר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על גיבורים מהעבר הרחוק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קצר בעל חריזה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של נוף כפרי שליו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הנער לפרח?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צבעו הלבן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הנער שהתאהב בבבואתו והפך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אלת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ההד שנוצר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שואל את הדובר לאן הוא נוסע?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התשובה המוזרה של הדובר?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לעיר הבירה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יודע, רק 'מכאן'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לביתו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 הכפרי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אהבות ומשהו קצת אחר: מיתוסים, פרדוקסים וזוויות חדשות – זיהוי אמצעים ומונחים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רמז ליצירה או לדמות מוכרת שמוסיף שכבת משמעות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אמירה הנראית כסותרת את עצמה, אך חושפת אמת מפתיעה,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אהבות ומשהו קצת אחר: מיתוסים, פרדוקסים וזוויות חדשות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מיתוס אטיולוגי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 ליצירה או לדמות מוכרת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מורכבת שמשתנה במהלך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פרדוקס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שמייצג רעיון מעבר למשמעותו המיידית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אמירה שנראית סותרת את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שמסביר מקור של דבר מוכר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אהבות ומשהו קצת אחר: מיתוסים, פרדוקסים וזוויות חדשות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ביער חוזרת על המילים האחרונות ששומעת, ומכך נוצר ההד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ב'היציאה' הדובר יוצא למסע עם מטרה ברורה ומתוכננת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במיתוס נרקיס מתאהב בבבואתו שלו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שואה וגבורה, מאבק וזיכרון: לשמור על שם ועל מילים – הכרת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המשורר טוביה ריבנר עלה לארץ כנער, ומשפחתו נספתה בשואה.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'אחותי הקטנה' מתאר את דמות האחות בתמונה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'אין לנו חיילים אלמונים' מוזכרת דמות בשם יונתן.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'עשרים שנה בגיא' הזר שמונח נשאר שלם ולא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שואה וגבורה, מאבק וזיכרון: לשמור על שם ועל מילים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השיר 'אחותי הקטנה' כתב המשורר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השיר העוסק בזיכרון חיילים שנפלו הוא 'אין לנו חיילים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'נזכור אחים ורעים' מופיעה השורה 'לחיים ולא ל__________'.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שואה וגבורה, מאבק וזיכרון: לשמור על שם ועל מילים – הבנה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חוזר הכי הרבה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הצירוף 'אחותי הקטנה'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המילה 'שמש'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המילה 'ים'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המילה 'בוקר'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השיר מבטא דברים שקשה לומר?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שתיקה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השיר אומר על 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דמות בדויה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שגם חייל שנפל הוא אדם בעל שם ופנים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עדיין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שאף אחד לא זוכר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הרוח לזר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שלם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הרוח מפרקת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נגנב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שואה וגבורה, מאבק וזיכרון: לשמור על שם ועל מילים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 על מילה או צירוף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שירים הקשורים בנושא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מחזור 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שלא נאמר במפורש אך מורגש בקריאה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שתיקה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ההבדל בין חייל ללא זהות לחייל עם פנים ושם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אלמוני מול בעל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יוצרת קצב והדגשה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מילון מונחים ומשחקי חזרה – זיהוי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 המתארת חיים כפריים שלווים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שנכתב רק על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שמסביר מקור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המשתנה במהלך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סיפור אטיולוגי?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קצר על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שמסביר מקור של דבר מוכר, כמו שם של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נוף כפרי שליו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מילה בתחילת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מילה או צירוף בתחילת שורות רצופות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דברים במילת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פער בין הנאמר למתרחש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 ליצירה מוכרת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שמדבר בשיר, לאו דווקא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הראשית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 של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מילון מונחים ומשחקי חזרה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דמות הבנויה סביב תכונה אחת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פער בין מה שנאמר או מצופה לבין מה שקורה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שורות בשיר, כמו פסקה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רמז ליצירה או סיפור מוכרים שמוסיף משמעות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(בשיר)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מורכבת בעלת תכונות סותרות שמשתנה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מילון מונחים ומשחקי חזרה – יישום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בין שני דברים באמצעות מילת השוואה כמו 'כ' או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אירוניה טרגית היא כשהדמות יודעת הכול לפני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דובר מת הוא דובר בשיר שכבר אינו בין החיים ומתבונן על העולם שהמשיך בלעדיו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מילון מונחים ומשחקי חזרה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מונחים מהמילון (למשל דימוי ואנפורה) וכתבו דוגמה אחת לכל אחד מיצירה שלמדתם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אלוזיה, ותנו דוגמה לרמז כזה מיצירה שהכרתם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דמות מיצירה שלמדתם וקבעו אם היא עגולה או שטוחה, והסבירו למה בעזרת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האוכל שמככב בסיפור 'פת לחם'?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פרוסת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תכשיט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יחידה נמצא 'קדיש יתום'?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 – בין מולדות ובין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מתארת אידיליה?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כפריים פשוטים ושלווים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פלילי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יחידה מופיע הסיפור של קפקא?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קצת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סיפור הוא 'אקו ונרקיס'?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מיתוס המסביר מקור דבר (אטיולוגי)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יחידה נמצא השיר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קצת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שני סוגי הדמויות?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עגולה מורכבת ומשתנה, שטוחה בנויה סביב תכונה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עגולה קצרה יותר, שטוחה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שטוחה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חוזר שוב ושוב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הצירוף 'אחותי הקטנה'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יצירה מצאתי דוגמה לאירוניה או לאלוזיה, ואיך היא קשורה לשאלה הגדולה של היחידה?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פסקה עם טענה, ראיה והסבר על אחת היצירות?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יחידה הייתה לי הכי מעניינת להשוות אליה יחידה אחרת,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ט׳: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